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9FA89" w14:textId="77777777" w:rsidR="008D7022" w:rsidRDefault="00000000">
      <w:pPr>
        <w:jc w:val="center"/>
        <w:rPr>
          <w:b/>
          <w:sz w:val="28"/>
          <w:lang w:eastAsia="ja-JP"/>
        </w:rPr>
      </w:pPr>
      <w:r>
        <w:rPr>
          <w:b/>
          <w:sz w:val="28"/>
          <w:lang w:eastAsia="ja-JP"/>
        </w:rPr>
        <w:t>誓　約　書</w:t>
      </w:r>
    </w:p>
    <w:p w14:paraId="05710A53" w14:textId="77777777" w:rsidR="009730FB" w:rsidRPr="009730FB" w:rsidRDefault="009730FB" w:rsidP="009730FB">
      <w:pPr>
        <w:spacing w:after="0" w:line="300" w:lineRule="exact"/>
        <w:jc w:val="center"/>
        <w:rPr>
          <w:rFonts w:hint="eastAsia"/>
          <w:lang w:eastAsia="ja-JP"/>
        </w:rPr>
      </w:pPr>
    </w:p>
    <w:p w14:paraId="2D2D1424" w14:textId="45607747" w:rsidR="008D7022" w:rsidRDefault="00000000" w:rsidP="009730FB">
      <w:pPr>
        <w:spacing w:after="0" w:line="300" w:lineRule="exact"/>
        <w:rPr>
          <w:sz w:val="20"/>
          <w:szCs w:val="20"/>
          <w:lang w:eastAsia="ja-JP"/>
        </w:rPr>
      </w:pPr>
      <w:r w:rsidRPr="009730FB">
        <w:rPr>
          <w:sz w:val="20"/>
          <w:szCs w:val="20"/>
          <w:lang w:eastAsia="ja-JP"/>
        </w:rPr>
        <w:t>私は、一般社団法人大阪府トライアスロン協会主催の「認定記録会大阪会場</w:t>
      </w:r>
      <w:r w:rsidR="00F23D3C">
        <w:rPr>
          <w:rFonts w:hint="eastAsia"/>
          <w:sz w:val="20"/>
          <w:szCs w:val="20"/>
          <w:lang w:eastAsia="ja-JP"/>
        </w:rPr>
        <w:t>(</w:t>
      </w:r>
      <w:r w:rsidRPr="009730FB">
        <w:rPr>
          <w:sz w:val="20"/>
          <w:szCs w:val="20"/>
          <w:lang w:eastAsia="ja-JP"/>
        </w:rPr>
        <w:t>公益社団法人トライアスロンジャパン承認認定記録会</w:t>
      </w:r>
      <w:r w:rsidR="00F23D3C">
        <w:rPr>
          <w:rFonts w:hint="eastAsia"/>
          <w:sz w:val="20"/>
          <w:szCs w:val="20"/>
          <w:lang w:eastAsia="ja-JP"/>
        </w:rPr>
        <w:t>､</w:t>
      </w:r>
      <w:r w:rsidRPr="009730FB">
        <w:rPr>
          <w:sz w:val="20"/>
          <w:szCs w:val="20"/>
          <w:lang w:eastAsia="ja-JP"/>
        </w:rPr>
        <w:t>開催日：2026年12月6日</w:t>
      </w:r>
      <w:r w:rsidR="00F23D3C">
        <w:rPr>
          <w:rFonts w:hint="eastAsia"/>
          <w:sz w:val="20"/>
          <w:szCs w:val="20"/>
          <w:lang w:eastAsia="ja-JP"/>
        </w:rPr>
        <w:t>)</w:t>
      </w:r>
      <w:r w:rsidRPr="009730FB">
        <w:rPr>
          <w:sz w:val="20"/>
          <w:szCs w:val="20"/>
          <w:lang w:eastAsia="ja-JP"/>
        </w:rPr>
        <w:t>」（以下、記録会と略す）への参加にあたり、下記のことを誓います。</w:t>
      </w:r>
    </w:p>
    <w:p w14:paraId="69CE0545" w14:textId="77777777" w:rsidR="00F23D3C" w:rsidRPr="009730FB" w:rsidRDefault="00F23D3C" w:rsidP="009730FB">
      <w:pPr>
        <w:spacing w:after="0" w:line="300" w:lineRule="exact"/>
        <w:rPr>
          <w:rFonts w:hint="eastAsia"/>
          <w:sz w:val="20"/>
          <w:szCs w:val="20"/>
          <w:lang w:eastAsia="ja-JP"/>
        </w:rPr>
      </w:pPr>
    </w:p>
    <w:p w14:paraId="356A6FA9" w14:textId="70734A33" w:rsidR="008D7022" w:rsidRPr="009730FB" w:rsidRDefault="00000000" w:rsidP="009730FB">
      <w:pPr>
        <w:keepLines/>
        <w:spacing w:after="0" w:line="300" w:lineRule="exact"/>
        <w:rPr>
          <w:sz w:val="20"/>
          <w:szCs w:val="20"/>
          <w:lang w:eastAsia="ja-JP"/>
        </w:rPr>
      </w:pPr>
      <w:r w:rsidRPr="009730FB">
        <w:rPr>
          <w:b/>
          <w:sz w:val="20"/>
          <w:szCs w:val="20"/>
          <w:lang w:eastAsia="ja-JP"/>
        </w:rPr>
        <w:t xml:space="preserve">1．【規則の遵守義務と自己管理責任】 </w:t>
      </w:r>
      <w:r w:rsidRPr="009730FB">
        <w:rPr>
          <w:sz w:val="20"/>
          <w:szCs w:val="20"/>
          <w:lang w:eastAsia="ja-JP"/>
        </w:rPr>
        <w:t>私は、記録会が公共の施設を利用して行われるため、記録会主催者（以下、主催者と略す）が設けたすべての規約・規則・指示を遵守し、私個人の責任において安全管理・健康管理に十分な</w:t>
      </w:r>
      <w:r w:rsidR="009730FB">
        <w:rPr>
          <w:rFonts w:hint="eastAsia"/>
          <w:sz w:val="20"/>
          <w:szCs w:val="20"/>
          <w:lang w:eastAsia="ja-JP"/>
        </w:rPr>
        <w:t xml:space="preserve">　</w:t>
      </w:r>
      <w:r w:rsidRPr="009730FB">
        <w:rPr>
          <w:sz w:val="20"/>
          <w:szCs w:val="20"/>
          <w:lang w:eastAsia="ja-JP"/>
        </w:rPr>
        <w:t>注意を払い記録会に参加し、万一、体調などに異常が生じた場合は速やかに競技を中止することを誓います。</w:t>
      </w:r>
    </w:p>
    <w:p w14:paraId="4F4A8447" w14:textId="77777777" w:rsidR="008D7022" w:rsidRPr="009730FB" w:rsidRDefault="00000000" w:rsidP="009730FB">
      <w:pPr>
        <w:keepLines/>
        <w:spacing w:after="0" w:line="300" w:lineRule="exact"/>
        <w:rPr>
          <w:sz w:val="20"/>
          <w:szCs w:val="20"/>
          <w:lang w:eastAsia="ja-JP"/>
        </w:rPr>
      </w:pPr>
      <w:r w:rsidRPr="009730FB">
        <w:rPr>
          <w:b/>
          <w:sz w:val="20"/>
          <w:szCs w:val="20"/>
          <w:lang w:eastAsia="ja-JP"/>
        </w:rPr>
        <w:t xml:space="preserve">2．【競技特性の理解と参加適正】 </w:t>
      </w:r>
      <w:r w:rsidRPr="009730FB">
        <w:rPr>
          <w:sz w:val="20"/>
          <w:szCs w:val="20"/>
          <w:lang w:eastAsia="ja-JP"/>
        </w:rPr>
        <w:t>私は、トライアスロンおよびこれに関連するスポーツ経験が十分あり、記録会がスイム・ランから構成される複合競技であり、競技者の体調は急激に変化する特性があることを認識しております。また、記録会会場は、不安定な要素の多い野外あるいは施設などの広い範囲に設定されるため、緊急時の救護あるいは対応に支障をきたす可能性が高いことをよく理解しております。現在、私の健康状態は良好であり、記録会へ参加することに何ら問題を生じることは予想されません。さらに私は、記録会日より1年以内に医師の健康診断の結果、健康であることが確認されています。また、アレルギー体質、過敏症などの特異体質や既往症など、さらには宗教上その他の理由などにより、記録会医療班が緊急医療のために知っておいてほしいことがある場合は、事前に記録会主催者に書面で申告いたします。なお、記録会主催者からの要請があれば、健康診断書・負荷心電図証明書などを提出いたします。</w:t>
      </w:r>
    </w:p>
    <w:p w14:paraId="78C1887B" w14:textId="2D59FE08" w:rsidR="008D7022" w:rsidRPr="009730FB" w:rsidRDefault="00000000" w:rsidP="009730FB">
      <w:pPr>
        <w:keepLines/>
        <w:spacing w:after="0" w:line="300" w:lineRule="exact"/>
        <w:rPr>
          <w:sz w:val="20"/>
          <w:szCs w:val="20"/>
          <w:lang w:eastAsia="ja-JP"/>
        </w:rPr>
      </w:pPr>
      <w:r w:rsidRPr="009730FB">
        <w:rPr>
          <w:b/>
          <w:sz w:val="20"/>
          <w:szCs w:val="20"/>
          <w:lang w:eastAsia="ja-JP"/>
        </w:rPr>
        <w:t xml:space="preserve">3．【競技の中止勧告順守と応急処置】 </w:t>
      </w:r>
      <w:r w:rsidRPr="009730FB">
        <w:rPr>
          <w:sz w:val="20"/>
          <w:szCs w:val="20"/>
          <w:lang w:eastAsia="ja-JP"/>
        </w:rPr>
        <w:t>私は、主催者より競技続行に支障があると判断された場合、主催者の競技中止勧告を受け入れます。また、記録会開催中に私が負傷や事故に遭遇し、あるいは発病した場合には、医師および</w:t>
      </w:r>
      <w:r w:rsidR="009730FB">
        <w:rPr>
          <w:rFonts w:hint="eastAsia"/>
          <w:sz w:val="20"/>
          <w:szCs w:val="20"/>
          <w:lang w:eastAsia="ja-JP"/>
        </w:rPr>
        <w:t xml:space="preserve">　</w:t>
      </w:r>
      <w:r w:rsidRPr="009730FB">
        <w:rPr>
          <w:sz w:val="20"/>
          <w:szCs w:val="20"/>
          <w:lang w:eastAsia="ja-JP"/>
        </w:rPr>
        <w:t>主催者が私に対し応急処置を施すことを承諾し、その応急処置の方法および結果に対しても異議をとなえません。</w:t>
      </w:r>
    </w:p>
    <w:p w14:paraId="339DDE15" w14:textId="38906258" w:rsidR="008D7022" w:rsidRPr="009730FB" w:rsidRDefault="00000000" w:rsidP="009730FB">
      <w:pPr>
        <w:keepLines/>
        <w:spacing w:after="0" w:line="300" w:lineRule="exact"/>
        <w:rPr>
          <w:sz w:val="20"/>
          <w:szCs w:val="20"/>
          <w:lang w:eastAsia="ja-JP"/>
        </w:rPr>
      </w:pPr>
      <w:r w:rsidRPr="009730FB">
        <w:rPr>
          <w:b/>
          <w:sz w:val="20"/>
          <w:szCs w:val="20"/>
          <w:lang w:eastAsia="ja-JP"/>
        </w:rPr>
        <w:t xml:space="preserve">4．【負傷・死亡事故の免責】 </w:t>
      </w:r>
      <w:r w:rsidRPr="009730FB">
        <w:rPr>
          <w:sz w:val="20"/>
          <w:szCs w:val="20"/>
          <w:lang w:eastAsia="ja-JP"/>
        </w:rPr>
        <w:t>私は、記録会および付帯行事の開催中に負傷した場合、またはこれらに基づいた後遺症が発生した場合、あるいは死亡した場合においても、その原因のいかんを問わず、記録会に係わるすべての記録会関係者に対する責任を免除いたします。また、私に対する補償は記録会に掛けられた傷害保険の範囲内であることを確認了承いたします。従って、私はここに、私自身、私の遺言執行人、管財人、相続人、近親者などのいずれからも私が被った一切の障害について賠償請求、訴訟の提起およびそれらのための弁護士費用などの支払請求を行わないことを誓います。</w:t>
      </w:r>
    </w:p>
    <w:p w14:paraId="4A5D87CC" w14:textId="11F289CE" w:rsidR="008D7022" w:rsidRPr="009730FB" w:rsidRDefault="00000000" w:rsidP="009730FB">
      <w:pPr>
        <w:keepLines/>
        <w:spacing w:after="0" w:line="300" w:lineRule="exact"/>
        <w:rPr>
          <w:sz w:val="20"/>
          <w:szCs w:val="20"/>
          <w:lang w:eastAsia="ja-JP"/>
        </w:rPr>
      </w:pPr>
      <w:r w:rsidRPr="009730FB">
        <w:rPr>
          <w:b/>
          <w:sz w:val="20"/>
          <w:szCs w:val="20"/>
          <w:lang w:eastAsia="ja-JP"/>
        </w:rPr>
        <w:t xml:space="preserve">5．【不可抗力事項の免責】 </w:t>
      </w:r>
      <w:r w:rsidRPr="009730FB">
        <w:rPr>
          <w:sz w:val="20"/>
          <w:szCs w:val="20"/>
          <w:lang w:eastAsia="ja-JP"/>
        </w:rPr>
        <w:t>私は、気象状況の悪化および競技環境の不良など記録会主催者の責に帰すべからざる</w:t>
      </w:r>
      <w:r w:rsidR="009730FB">
        <w:rPr>
          <w:rFonts w:hint="eastAsia"/>
          <w:sz w:val="20"/>
          <w:szCs w:val="20"/>
          <w:lang w:eastAsia="ja-JP"/>
        </w:rPr>
        <w:t xml:space="preserve">　</w:t>
      </w:r>
      <w:r w:rsidRPr="009730FB">
        <w:rPr>
          <w:sz w:val="20"/>
          <w:szCs w:val="20"/>
          <w:lang w:eastAsia="ja-JP"/>
        </w:rPr>
        <w:t>事由により、記録会が中止になった場合、または競技内容に変更があった場合、さらには競技用具の紛失・破損などにより競技参加に支障が生じた場合においても、主催者に対してその責任を追求しないこと並びに記録会への参加のために要した諸経費（参加費を含む）の支払請求を一切行わないことを誓います。</w:t>
      </w:r>
    </w:p>
    <w:p w14:paraId="012F717C" w14:textId="77777777" w:rsidR="008D7022" w:rsidRPr="009730FB" w:rsidRDefault="00000000" w:rsidP="009730FB">
      <w:pPr>
        <w:keepLines/>
        <w:spacing w:after="0" w:line="300" w:lineRule="exact"/>
        <w:rPr>
          <w:sz w:val="20"/>
          <w:szCs w:val="20"/>
          <w:lang w:eastAsia="ja-JP"/>
        </w:rPr>
      </w:pPr>
      <w:r w:rsidRPr="009730FB">
        <w:rPr>
          <w:b/>
          <w:sz w:val="20"/>
          <w:szCs w:val="20"/>
          <w:lang w:eastAsia="ja-JP"/>
        </w:rPr>
        <w:t xml:space="preserve">6．【肖像権などの広報使用と商業的利用】 </w:t>
      </w:r>
      <w:r w:rsidRPr="009730FB">
        <w:rPr>
          <w:sz w:val="20"/>
          <w:szCs w:val="20"/>
          <w:lang w:eastAsia="ja-JP"/>
        </w:rPr>
        <w:t>私は、私の肖像・氏名・住所・年齢・競技歴などが、記録会に関連する広報物全般および報道・情報メディアにおいて使用されることを了承し、これらに付随して主催者・管轄競技団体が制作する印刷物・ビデオ・情報メディアなどによる商業的利用を承諾いたします。</w:t>
      </w:r>
    </w:p>
    <w:p w14:paraId="14214365" w14:textId="7B274A4A" w:rsidR="008D7022" w:rsidRPr="009730FB" w:rsidRDefault="00000000" w:rsidP="009730FB">
      <w:pPr>
        <w:keepLines/>
        <w:spacing w:after="0" w:line="300" w:lineRule="exact"/>
        <w:rPr>
          <w:sz w:val="20"/>
          <w:szCs w:val="20"/>
          <w:lang w:eastAsia="ja-JP"/>
        </w:rPr>
      </w:pPr>
      <w:r w:rsidRPr="009730FB">
        <w:rPr>
          <w:b/>
          <w:sz w:val="20"/>
          <w:szCs w:val="20"/>
          <w:lang w:eastAsia="ja-JP"/>
        </w:rPr>
        <w:t xml:space="preserve">7．【親族の参加承諾と専属管轄権】 </w:t>
      </w:r>
      <w:r w:rsidRPr="009730FB">
        <w:rPr>
          <w:sz w:val="20"/>
          <w:szCs w:val="20"/>
          <w:lang w:eastAsia="ja-JP"/>
        </w:rPr>
        <w:t>私は、私の家族・親族または保護者が、本誓約書にもとづく記録会の内容を</w:t>
      </w:r>
      <w:r w:rsidR="009730FB">
        <w:rPr>
          <w:rFonts w:hint="eastAsia"/>
          <w:sz w:val="20"/>
          <w:szCs w:val="20"/>
          <w:lang w:eastAsia="ja-JP"/>
        </w:rPr>
        <w:t xml:space="preserve">　</w:t>
      </w:r>
      <w:r w:rsidRPr="009730FB">
        <w:rPr>
          <w:sz w:val="20"/>
          <w:szCs w:val="20"/>
          <w:lang w:eastAsia="ja-JP"/>
        </w:rPr>
        <w:t>理解し承諾し、私の記録会参加を承諾していることを誓います。万一、記録会に関する裁判上の紛争が生じた場合は、開催地を管轄する裁判所を専属的合意管轄裁判所とし、準拠法は日本法とすることに同意します。</w:t>
      </w:r>
    </w:p>
    <w:p w14:paraId="50845A37" w14:textId="77777777" w:rsidR="009730FB" w:rsidRDefault="009730FB" w:rsidP="009730FB">
      <w:pPr>
        <w:spacing w:after="0" w:line="300" w:lineRule="exact"/>
        <w:rPr>
          <w:b/>
          <w:sz w:val="20"/>
          <w:szCs w:val="20"/>
          <w:lang w:eastAsia="ja-JP"/>
        </w:rPr>
      </w:pPr>
    </w:p>
    <w:p w14:paraId="5B2326A6" w14:textId="209D604E" w:rsidR="008D7022" w:rsidRPr="009730FB" w:rsidRDefault="00000000" w:rsidP="009730FB">
      <w:pPr>
        <w:spacing w:after="0" w:line="240" w:lineRule="exact"/>
        <w:rPr>
          <w:sz w:val="20"/>
          <w:szCs w:val="20"/>
          <w:lang w:eastAsia="ja-JP"/>
        </w:rPr>
      </w:pPr>
      <w:r w:rsidRPr="009730FB">
        <w:rPr>
          <w:b/>
          <w:sz w:val="20"/>
          <w:szCs w:val="20"/>
          <w:lang w:eastAsia="ja-JP"/>
        </w:rPr>
        <w:t>大阪府トライアスロン協会　御中</w:t>
      </w:r>
    </w:p>
    <w:p w14:paraId="6E8E930B" w14:textId="48017661" w:rsidR="008D7022" w:rsidRPr="009730FB" w:rsidRDefault="00000000" w:rsidP="009730FB">
      <w:pPr>
        <w:spacing w:after="0" w:line="240" w:lineRule="exact"/>
        <w:rPr>
          <w:sz w:val="20"/>
          <w:szCs w:val="20"/>
          <w:lang w:eastAsia="ja-JP"/>
        </w:rPr>
      </w:pPr>
      <w:r w:rsidRPr="009730FB">
        <w:rPr>
          <w:sz w:val="20"/>
          <w:szCs w:val="20"/>
          <w:lang w:eastAsia="ja-JP"/>
        </w:rPr>
        <w:t>私は、記録会への応募用書類のすべての記載事項が真実かつ正確であることを誓います。また、私および私の保護者（未成年の場合）は、記録会の誓約書および記録会用傷害保険を含む記録会の内容を理解し承諾したことを誓い、</w:t>
      </w:r>
      <w:r w:rsidR="009730FB">
        <w:rPr>
          <w:rFonts w:hint="eastAsia"/>
          <w:sz w:val="20"/>
          <w:szCs w:val="20"/>
          <w:lang w:eastAsia="ja-JP"/>
        </w:rPr>
        <w:t xml:space="preserve">　</w:t>
      </w:r>
      <w:r w:rsidRPr="009730FB">
        <w:rPr>
          <w:sz w:val="20"/>
          <w:szCs w:val="20"/>
          <w:lang w:eastAsia="ja-JP"/>
        </w:rPr>
        <w:t>下記に必要事項を明記し署名します。</w:t>
      </w:r>
    </w:p>
    <w:p w14:paraId="6EAC0255" w14:textId="54406A69" w:rsidR="008D7022" w:rsidRDefault="008D7022" w:rsidP="009730FB">
      <w:pPr>
        <w:spacing w:after="0" w:line="240" w:lineRule="exact"/>
        <w:rPr>
          <w:rFonts w:hint="eastAsia"/>
          <w:lang w:eastAsia="ja-JP"/>
        </w:rPr>
      </w:pPr>
    </w:p>
    <w:p w14:paraId="57E2621A" w14:textId="62894AA5" w:rsidR="008D7022" w:rsidRDefault="00000000" w:rsidP="009730FB">
      <w:pPr>
        <w:spacing w:after="0" w:line="240" w:lineRule="exact"/>
        <w:rPr>
          <w:lang w:eastAsia="ja-JP"/>
        </w:rPr>
      </w:pPr>
      <w:r>
        <w:rPr>
          <w:lang w:eastAsia="ja-JP"/>
        </w:rPr>
        <w:t>＊ 未成年者は、保護者の承諾を示す署名捺印が必要です。</w:t>
      </w:r>
      <w:r w:rsidR="009730FB">
        <w:rPr>
          <w:rFonts w:hint="eastAsia"/>
          <w:lang w:eastAsia="ja-JP"/>
        </w:rPr>
        <w:t xml:space="preserve">　　　　　　　　　　　　　　　　年　　　　月　　　　日</w:t>
      </w:r>
    </w:p>
    <w:tbl>
      <w:tblPr>
        <w:tblW w:w="0" w:type="auto"/>
        <w:tblLayout w:type="fixed"/>
        <w:tblLook w:val="04A0" w:firstRow="1" w:lastRow="0" w:firstColumn="1" w:lastColumn="0" w:noHBand="0" w:noVBand="1"/>
      </w:tblPr>
      <w:tblGrid>
        <w:gridCol w:w="4608"/>
        <w:gridCol w:w="4608"/>
      </w:tblGrid>
      <w:tr w:rsidR="008D7022" w14:paraId="6FBFA820" w14:textId="77777777" w:rsidTr="009730FB">
        <w:trPr>
          <w:trHeight w:val="1285"/>
        </w:trPr>
        <w:tc>
          <w:tcPr>
            <w:tcW w:w="4608" w:type="dxa"/>
            <w:tcBorders>
              <w:top w:val="nil"/>
              <w:left w:val="nil"/>
              <w:bottom w:val="nil"/>
              <w:right w:val="nil"/>
            </w:tcBorders>
          </w:tcPr>
          <w:p w14:paraId="054215B8" w14:textId="77777777" w:rsidR="009730FB" w:rsidRDefault="00000000">
            <w:pPr>
              <w:spacing w:after="0"/>
              <w:rPr>
                <w:lang w:eastAsia="ja-JP"/>
              </w:rPr>
            </w:pPr>
            <w:r>
              <w:t>◆</w:t>
            </w:r>
            <w:proofErr w:type="spellStart"/>
            <w:r>
              <w:t>参加者自筆署名捺印</w:t>
            </w:r>
            <w:proofErr w:type="spellEnd"/>
            <w:r>
              <w:t xml:space="preserve">　　　　　　　　　</w:t>
            </w:r>
          </w:p>
          <w:p w14:paraId="08A484EA" w14:textId="77777777" w:rsidR="009730FB" w:rsidRDefault="009730FB">
            <w:pPr>
              <w:spacing w:after="0"/>
              <w:rPr>
                <w:lang w:eastAsia="ja-JP"/>
              </w:rPr>
            </w:pPr>
          </w:p>
          <w:p w14:paraId="5C07C9FF" w14:textId="77777777" w:rsidR="008D7022" w:rsidRDefault="00000000" w:rsidP="009730FB">
            <w:pPr>
              <w:spacing w:after="0"/>
              <w:ind w:right="170"/>
              <w:jc w:val="right"/>
              <w:rPr>
                <w:lang w:eastAsia="ja-JP"/>
              </w:rPr>
            </w:pPr>
            <w:r>
              <w:t>（印）</w:t>
            </w:r>
          </w:p>
          <w:p w14:paraId="7EF2C38F" w14:textId="77777777" w:rsidR="009730FB" w:rsidRDefault="009730FB" w:rsidP="009730FB">
            <w:pPr>
              <w:spacing w:after="0"/>
              <w:jc w:val="right"/>
              <w:rPr>
                <w:lang w:eastAsia="ja-JP"/>
              </w:rPr>
            </w:pPr>
          </w:p>
          <w:p w14:paraId="22DA5697" w14:textId="1EE43F13" w:rsidR="009730FB" w:rsidRDefault="009730FB" w:rsidP="009730FB">
            <w:pPr>
              <w:spacing w:after="0"/>
              <w:jc w:val="right"/>
              <w:rPr>
                <w:rFonts w:hint="eastAsia"/>
                <w:lang w:eastAsia="ja-JP"/>
              </w:rPr>
            </w:pPr>
          </w:p>
        </w:tc>
        <w:tc>
          <w:tcPr>
            <w:tcW w:w="4608" w:type="dxa"/>
            <w:tcBorders>
              <w:top w:val="nil"/>
              <w:left w:val="nil"/>
              <w:bottom w:val="nil"/>
              <w:right w:val="nil"/>
            </w:tcBorders>
          </w:tcPr>
          <w:p w14:paraId="09235FC8" w14:textId="77777777" w:rsidR="009730FB" w:rsidRDefault="00000000">
            <w:pPr>
              <w:spacing w:after="0"/>
              <w:rPr>
                <w:lang w:eastAsia="ja-JP"/>
              </w:rPr>
            </w:pPr>
            <w:r>
              <w:t>◆</w:t>
            </w:r>
            <w:proofErr w:type="spellStart"/>
            <w:r>
              <w:t>保護者署名捺印</w:t>
            </w:r>
            <w:proofErr w:type="spellEnd"/>
            <w:r>
              <w:t xml:space="preserve">　　　　　　　　　　　</w:t>
            </w:r>
          </w:p>
          <w:p w14:paraId="79CC5F7A" w14:textId="77777777" w:rsidR="009730FB" w:rsidRDefault="009730FB">
            <w:pPr>
              <w:spacing w:after="0"/>
              <w:rPr>
                <w:lang w:eastAsia="ja-JP"/>
              </w:rPr>
            </w:pPr>
          </w:p>
          <w:p w14:paraId="2D389BD9" w14:textId="2D1E2DB6" w:rsidR="008D7022" w:rsidRDefault="00000000" w:rsidP="009730FB">
            <w:pPr>
              <w:spacing w:after="0"/>
              <w:ind w:right="170"/>
              <w:jc w:val="right"/>
            </w:pPr>
            <w:r>
              <w:t>（印）</w:t>
            </w:r>
          </w:p>
        </w:tc>
      </w:tr>
    </w:tbl>
    <w:p w14:paraId="26A1BABA" w14:textId="77777777" w:rsidR="00921562" w:rsidRDefault="00921562" w:rsidP="009730FB">
      <w:pPr>
        <w:rPr>
          <w:rFonts w:hint="eastAsia"/>
          <w:lang w:eastAsia="ja-JP"/>
        </w:rPr>
      </w:pPr>
    </w:p>
    <w:sectPr w:rsidR="00921562" w:rsidSect="00034616">
      <w:pgSz w:w="12240" w:h="15840"/>
      <w:pgMar w:top="648" w:right="893" w:bottom="605"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762293201">
    <w:abstractNumId w:val="8"/>
  </w:num>
  <w:num w:numId="2" w16cid:durableId="1642996717">
    <w:abstractNumId w:val="6"/>
  </w:num>
  <w:num w:numId="3" w16cid:durableId="937178336">
    <w:abstractNumId w:val="5"/>
  </w:num>
  <w:num w:numId="4" w16cid:durableId="1258295236">
    <w:abstractNumId w:val="4"/>
  </w:num>
  <w:num w:numId="5" w16cid:durableId="353306812">
    <w:abstractNumId w:val="7"/>
  </w:num>
  <w:num w:numId="6" w16cid:durableId="348944639">
    <w:abstractNumId w:val="3"/>
  </w:num>
  <w:num w:numId="7" w16cid:durableId="265357324">
    <w:abstractNumId w:val="2"/>
  </w:num>
  <w:num w:numId="8" w16cid:durableId="1337076271">
    <w:abstractNumId w:val="1"/>
  </w:num>
  <w:num w:numId="9" w16cid:durableId="9726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bordersDoNotSurroundHeader/>
  <w:bordersDoNotSurroundFooter/>
  <w:proofState w:spelling="clean" w:grammar="dirty"/>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350A"/>
    <w:rsid w:val="0015074B"/>
    <w:rsid w:val="0029639D"/>
    <w:rsid w:val="00326F90"/>
    <w:rsid w:val="008D7022"/>
    <w:rsid w:val="00921562"/>
    <w:rsid w:val="009730FB"/>
    <w:rsid w:val="00AA1D8D"/>
    <w:rsid w:val="00B47730"/>
    <w:rsid w:val="00C97AB9"/>
    <w:rsid w:val="00CB0664"/>
    <w:rsid w:val="00F23D3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5EB2B629"/>
  <w14:defaultImageDpi w14:val="300"/>
  <w15:docId w15:val="{19AA2EB5-95FF-453A-979E-79A84298F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20" w:line="240" w:lineRule="auto"/>
    </w:pPr>
    <w:rPr>
      <w:rFonts w:ascii="游ゴシック" w:eastAsia="游ゴシック" w:hAnsi="游ゴシック"/>
      <w:sz w:val="17"/>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277</Words>
  <Characters>1582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TOMORI Toshiko</cp:lastModifiedBy>
  <cp:revision>4</cp:revision>
  <dcterms:created xsi:type="dcterms:W3CDTF">2026-10-17T11:48:00Z</dcterms:created>
  <dcterms:modified xsi:type="dcterms:W3CDTF">2026-10-17T11:55:00Z</dcterms:modified>
  <cp:category/>
</cp:coreProperties>
</file>